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A9FB6" w14:textId="0347B7D4" w:rsidR="536F6BCA" w:rsidRPr="000B6D54" w:rsidRDefault="00581680" w:rsidP="00F157E9">
      <w:pPr>
        <w:spacing w:line="360" w:lineRule="auto"/>
        <w:jc w:val="both"/>
        <w:rPr>
          <w:b/>
          <w:bCs/>
          <w:sz w:val="24"/>
          <w:szCs w:val="24"/>
          <w:lang w:val="et-EE"/>
        </w:rPr>
      </w:pPr>
      <w:r w:rsidRPr="000B6D54">
        <w:rPr>
          <w:b/>
          <w:bCs/>
          <w:sz w:val="24"/>
          <w:szCs w:val="24"/>
          <w:lang w:val="et-EE"/>
        </w:rPr>
        <w:t xml:space="preserve">Hanke </w:t>
      </w:r>
      <w:r w:rsidR="536F6BCA" w:rsidRPr="000B6D54">
        <w:rPr>
          <w:b/>
          <w:bCs/>
          <w:sz w:val="24"/>
          <w:szCs w:val="24"/>
          <w:lang w:val="et-EE"/>
        </w:rPr>
        <w:t xml:space="preserve">„Digiõppevaramu digitaalsete õppematerjalide loomine ja kohandamine vastavalt kutsehariduse </w:t>
      </w:r>
      <w:proofErr w:type="spellStart"/>
      <w:r w:rsidR="536F6BCA" w:rsidRPr="000B6D54">
        <w:rPr>
          <w:b/>
          <w:bCs/>
          <w:sz w:val="24"/>
          <w:szCs w:val="24"/>
          <w:lang w:val="et-EE"/>
        </w:rPr>
        <w:t>üldainete</w:t>
      </w:r>
      <w:proofErr w:type="spellEnd"/>
      <w:r w:rsidR="536F6BCA" w:rsidRPr="000B6D54">
        <w:rPr>
          <w:b/>
          <w:bCs/>
          <w:sz w:val="24"/>
          <w:szCs w:val="24"/>
          <w:lang w:val="et-EE"/>
        </w:rPr>
        <w:t xml:space="preserve"> moodulitele“</w:t>
      </w:r>
      <w:r w:rsidRPr="000B6D54">
        <w:rPr>
          <w:b/>
          <w:bCs/>
          <w:sz w:val="24"/>
          <w:szCs w:val="24"/>
          <w:lang w:val="et-EE"/>
        </w:rPr>
        <w:t xml:space="preserve"> infotund</w:t>
      </w:r>
    </w:p>
    <w:p w14:paraId="229DDA1D" w14:textId="77777777" w:rsidR="00F157E9" w:rsidRPr="000B6D54" w:rsidRDefault="00F157E9" w:rsidP="00F157E9">
      <w:pPr>
        <w:spacing w:after="280" w:line="360" w:lineRule="auto"/>
        <w:rPr>
          <w:sz w:val="24"/>
          <w:szCs w:val="24"/>
          <w:lang w:val="et-EE"/>
        </w:rPr>
      </w:pPr>
    </w:p>
    <w:p w14:paraId="018369D4" w14:textId="65631B11" w:rsidR="00E70ECF" w:rsidRDefault="00F37C86" w:rsidP="00F157E9">
      <w:pPr>
        <w:spacing w:after="280" w:line="360" w:lineRule="auto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Kuupäev: 28.08.2026</w:t>
      </w:r>
      <w:r w:rsidRPr="000B6D54">
        <w:rPr>
          <w:sz w:val="24"/>
          <w:szCs w:val="24"/>
          <w:lang w:val="et-EE"/>
        </w:rPr>
        <w:br/>
        <w:t>Vo</w:t>
      </w:r>
      <w:r w:rsidR="007E37A9" w:rsidRPr="000B6D54">
        <w:rPr>
          <w:sz w:val="24"/>
          <w:szCs w:val="24"/>
          <w:lang w:val="et-EE"/>
        </w:rPr>
        <w:t>r</w:t>
      </w:r>
      <w:r w:rsidRPr="000B6D54">
        <w:rPr>
          <w:sz w:val="24"/>
          <w:szCs w:val="24"/>
          <w:lang w:val="et-EE"/>
        </w:rPr>
        <w:t xml:space="preserve">m: MS </w:t>
      </w:r>
      <w:proofErr w:type="spellStart"/>
      <w:r w:rsidRPr="000B6D54">
        <w:rPr>
          <w:sz w:val="24"/>
          <w:szCs w:val="24"/>
          <w:lang w:val="et-EE"/>
        </w:rPr>
        <w:t>Teams</w:t>
      </w:r>
      <w:proofErr w:type="spellEnd"/>
      <w:r w:rsidRPr="000B6D54">
        <w:rPr>
          <w:sz w:val="24"/>
          <w:szCs w:val="24"/>
          <w:lang w:val="et-EE"/>
        </w:rPr>
        <w:t xml:space="preserve"> videokõne</w:t>
      </w:r>
      <w:r w:rsidR="00E70ECF">
        <w:rPr>
          <w:sz w:val="24"/>
          <w:szCs w:val="24"/>
          <w:lang w:val="et-EE"/>
        </w:rPr>
        <w:br/>
        <w:t xml:space="preserve">Hanke kontaktisik: </w:t>
      </w:r>
      <w:r w:rsidR="007F6913">
        <w:rPr>
          <w:sz w:val="24"/>
          <w:szCs w:val="24"/>
          <w:lang w:val="et-EE"/>
        </w:rPr>
        <w:t>Helina Välb (helina.valb@hm.ee)</w:t>
      </w:r>
    </w:p>
    <w:p w14:paraId="020BAEF9" w14:textId="60291E33" w:rsidR="00900FFD" w:rsidRPr="000B6D54" w:rsidRDefault="00900FFD" w:rsidP="007F6913">
      <w:pPr>
        <w:spacing w:before="240" w:after="280" w:line="276" w:lineRule="auto"/>
        <w:jc w:val="both"/>
        <w:rPr>
          <w:sz w:val="24"/>
          <w:szCs w:val="24"/>
          <w:lang w:val="et-EE"/>
        </w:rPr>
      </w:pPr>
      <w:r w:rsidRPr="00900FFD">
        <w:rPr>
          <w:sz w:val="24"/>
          <w:szCs w:val="24"/>
        </w:rPr>
        <w:t>Hanke link HTM-</w:t>
      </w:r>
      <w:proofErr w:type="spellStart"/>
      <w:r w:rsidRPr="00900FFD">
        <w:rPr>
          <w:sz w:val="24"/>
          <w:szCs w:val="24"/>
        </w:rPr>
        <w:t>i</w:t>
      </w:r>
      <w:proofErr w:type="spellEnd"/>
      <w:r w:rsidRPr="00900FFD">
        <w:rPr>
          <w:sz w:val="24"/>
          <w:szCs w:val="24"/>
        </w:rPr>
        <w:t xml:space="preserve"> </w:t>
      </w:r>
      <w:proofErr w:type="spellStart"/>
      <w:r w:rsidRPr="00900FFD">
        <w:rPr>
          <w:sz w:val="24"/>
          <w:szCs w:val="24"/>
        </w:rPr>
        <w:t>kodulehel</w:t>
      </w:r>
      <w:proofErr w:type="spellEnd"/>
      <w:r w:rsidRPr="00900FFD">
        <w:rPr>
          <w:sz w:val="24"/>
          <w:szCs w:val="24"/>
        </w:rPr>
        <w:t xml:space="preserve">: </w:t>
      </w:r>
      <w:hyperlink r:id="rId8" w:history="1">
        <w:r w:rsidRPr="007F6913">
          <w:rPr>
            <w:rStyle w:val="Hperlink"/>
            <w:sz w:val="24"/>
            <w:szCs w:val="24"/>
          </w:rPr>
          <w:t>https://hm.ee/ministeerium-uudised-ja-kontakt/riigihanked#19062026-digiop</w:t>
        </w:r>
      </w:hyperlink>
    </w:p>
    <w:p w14:paraId="1451137B" w14:textId="3A81365E" w:rsidR="00F157E9" w:rsidRPr="000B6D54" w:rsidRDefault="00F157E9" w:rsidP="000F454F">
      <w:pPr>
        <w:spacing w:after="0" w:line="360" w:lineRule="auto"/>
        <w:rPr>
          <w:b/>
          <w:bCs/>
          <w:sz w:val="24"/>
          <w:szCs w:val="24"/>
          <w:lang w:val="et-EE"/>
        </w:rPr>
      </w:pPr>
      <w:r w:rsidRPr="000B6D54">
        <w:rPr>
          <w:b/>
          <w:bCs/>
          <w:sz w:val="24"/>
          <w:szCs w:val="24"/>
          <w:lang w:val="et-EE"/>
        </w:rPr>
        <w:t>Eesmärgid</w:t>
      </w:r>
    </w:p>
    <w:p w14:paraId="2152E6E3" w14:textId="77777777" w:rsidR="000F454F" w:rsidRPr="000B6D54" w:rsidRDefault="000F454F" w:rsidP="009456F7">
      <w:pPr>
        <w:pStyle w:val="Loendilik"/>
        <w:numPr>
          <w:ilvl w:val="0"/>
          <w:numId w:val="12"/>
        </w:numPr>
        <w:spacing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 xml:space="preserve">Tutvustada hanget „Digiõppevaramu digitaalsete õppematerjalide loomine ja kohandamine vastavalt kutsehariduse </w:t>
      </w:r>
      <w:proofErr w:type="spellStart"/>
      <w:r w:rsidRPr="000B6D54">
        <w:rPr>
          <w:sz w:val="24"/>
          <w:szCs w:val="24"/>
          <w:lang w:val="et-EE"/>
        </w:rPr>
        <w:t>üldainete</w:t>
      </w:r>
      <w:proofErr w:type="spellEnd"/>
      <w:r w:rsidRPr="000B6D54">
        <w:rPr>
          <w:sz w:val="24"/>
          <w:szCs w:val="24"/>
          <w:lang w:val="et-EE"/>
        </w:rPr>
        <w:t xml:space="preserve"> moodulitele“.</w:t>
      </w:r>
    </w:p>
    <w:p w14:paraId="04704ABD" w14:textId="77777777" w:rsidR="000F454F" w:rsidRPr="000B6D54" w:rsidRDefault="000F454F" w:rsidP="000F454F">
      <w:pPr>
        <w:pStyle w:val="Loendilik"/>
        <w:numPr>
          <w:ilvl w:val="0"/>
          <w:numId w:val="12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Selgitada hanke eesmärke, töö sisu, osalemistingimusi ja ootusi pakkujatele.</w:t>
      </w:r>
    </w:p>
    <w:p w14:paraId="5A5A304E" w14:textId="289A176B" w:rsidR="000F454F" w:rsidRPr="000B6D54" w:rsidRDefault="000F454F" w:rsidP="000F454F">
      <w:pPr>
        <w:pStyle w:val="Loendilik"/>
        <w:numPr>
          <w:ilvl w:val="0"/>
          <w:numId w:val="12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Anda ülevaade pakkumuse esitamise tingimustest ja hanke ajakavast.</w:t>
      </w:r>
    </w:p>
    <w:p w14:paraId="36F9278F" w14:textId="2AD048F2" w:rsidR="00807873" w:rsidRPr="000B6D54" w:rsidRDefault="00807873" w:rsidP="00807873">
      <w:pPr>
        <w:spacing w:before="240" w:after="0" w:line="276" w:lineRule="auto"/>
        <w:jc w:val="both"/>
        <w:rPr>
          <w:b/>
          <w:bCs/>
          <w:sz w:val="24"/>
          <w:szCs w:val="24"/>
          <w:lang w:val="et-EE"/>
        </w:rPr>
      </w:pPr>
      <w:r w:rsidRPr="000B6D54">
        <w:rPr>
          <w:b/>
          <w:bCs/>
          <w:sz w:val="24"/>
          <w:szCs w:val="24"/>
          <w:lang w:val="et-EE"/>
        </w:rPr>
        <w:t>Hanke eesmärgid</w:t>
      </w:r>
    </w:p>
    <w:p w14:paraId="7E5B72DD" w14:textId="26ABDA41" w:rsidR="000B6D54" w:rsidRDefault="000B6D54" w:rsidP="000B6D54">
      <w:pPr>
        <w:pStyle w:val="Loendilik"/>
        <w:numPr>
          <w:ilvl w:val="0"/>
          <w:numId w:val="22"/>
        </w:numPr>
        <w:spacing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Kohandada olemasolev</w:t>
      </w:r>
      <w:r w:rsidR="00B60141">
        <w:rPr>
          <w:sz w:val="24"/>
          <w:szCs w:val="24"/>
          <w:lang w:val="et-EE"/>
        </w:rPr>
        <w:t>ad</w:t>
      </w:r>
      <w:r w:rsidRPr="000B6D54">
        <w:rPr>
          <w:sz w:val="24"/>
          <w:szCs w:val="24"/>
          <w:lang w:val="et-EE"/>
        </w:rPr>
        <w:t xml:space="preserve"> Digiõppevaramu </w:t>
      </w:r>
      <w:r w:rsidR="00B60141">
        <w:rPr>
          <w:sz w:val="24"/>
          <w:szCs w:val="24"/>
          <w:lang w:val="et-EE"/>
        </w:rPr>
        <w:t>materjalid</w:t>
      </w:r>
      <w:r w:rsidRPr="000B6D54">
        <w:rPr>
          <w:sz w:val="24"/>
          <w:szCs w:val="24"/>
          <w:lang w:val="et-EE"/>
        </w:rPr>
        <w:t xml:space="preserve"> vastavusse kutsekeskhariduse </w:t>
      </w:r>
      <w:proofErr w:type="spellStart"/>
      <w:r w:rsidRPr="000B6D54">
        <w:rPr>
          <w:sz w:val="24"/>
          <w:szCs w:val="24"/>
          <w:lang w:val="et-EE"/>
        </w:rPr>
        <w:t>üldainete</w:t>
      </w:r>
      <w:proofErr w:type="spellEnd"/>
      <w:r w:rsidRPr="000B6D54">
        <w:rPr>
          <w:sz w:val="24"/>
          <w:szCs w:val="24"/>
          <w:lang w:val="et-EE"/>
        </w:rPr>
        <w:t xml:space="preserve"> moodulitega</w:t>
      </w:r>
      <w:r w:rsidR="00B60141">
        <w:rPr>
          <w:sz w:val="24"/>
          <w:szCs w:val="24"/>
          <w:lang w:val="et-EE"/>
        </w:rPr>
        <w:t>.</w:t>
      </w:r>
    </w:p>
    <w:p w14:paraId="28C905BE" w14:textId="77777777" w:rsidR="000B6D54" w:rsidRDefault="000B6D54" w:rsidP="000B6D54">
      <w:pPr>
        <w:pStyle w:val="Loendilik"/>
        <w:numPr>
          <w:ilvl w:val="0"/>
          <w:numId w:val="22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Viia olemasolevad materjalid kooskõlla uuendatud õppekavade ja õpiväljunditega.</w:t>
      </w:r>
    </w:p>
    <w:p w14:paraId="7C57AB86" w14:textId="06B6AAF4" w:rsidR="000B6D54" w:rsidRPr="000B6D54" w:rsidRDefault="000B6D54" w:rsidP="000B6D54">
      <w:pPr>
        <w:pStyle w:val="Loendilik"/>
        <w:numPr>
          <w:ilvl w:val="0"/>
          <w:numId w:val="22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Vajaduse korral luua täiendavat õppesisu.</w:t>
      </w:r>
    </w:p>
    <w:p w14:paraId="11BE0D8B" w14:textId="29E0B79F" w:rsidR="00807873" w:rsidRPr="000B6D54" w:rsidRDefault="00807873" w:rsidP="00807873">
      <w:pPr>
        <w:spacing w:before="240" w:after="0" w:line="276" w:lineRule="auto"/>
        <w:jc w:val="both"/>
        <w:rPr>
          <w:b/>
          <w:bCs/>
          <w:sz w:val="24"/>
          <w:szCs w:val="24"/>
          <w:lang w:val="et-EE"/>
        </w:rPr>
      </w:pPr>
      <w:r w:rsidRPr="000B6D54">
        <w:rPr>
          <w:b/>
          <w:bCs/>
          <w:sz w:val="24"/>
          <w:szCs w:val="24"/>
          <w:lang w:val="et-EE"/>
        </w:rPr>
        <w:t>Olulisemad tööülesanded</w:t>
      </w:r>
      <w:r w:rsidR="00B60141">
        <w:rPr>
          <w:b/>
          <w:bCs/>
          <w:sz w:val="24"/>
          <w:szCs w:val="24"/>
          <w:lang w:val="et-EE"/>
        </w:rPr>
        <w:t>:</w:t>
      </w:r>
    </w:p>
    <w:p w14:paraId="31A4DDBC" w14:textId="77777777" w:rsidR="009F7D9D" w:rsidRPr="000B6D54" w:rsidRDefault="009F7D9D" w:rsidP="00CF1199">
      <w:pPr>
        <w:pStyle w:val="Loendilik"/>
        <w:numPr>
          <w:ilvl w:val="0"/>
          <w:numId w:val="15"/>
        </w:numPr>
        <w:spacing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olemasoleva digiõppevara analüüsimine ja kohandamine;</w:t>
      </w:r>
    </w:p>
    <w:p w14:paraId="1CDB4B64" w14:textId="77777777" w:rsidR="009F7D9D" w:rsidRPr="000B6D54" w:rsidRDefault="009F7D9D" w:rsidP="009F7D9D">
      <w:pPr>
        <w:pStyle w:val="Loendilik"/>
        <w:numPr>
          <w:ilvl w:val="0"/>
          <w:numId w:val="15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vajaduse korral täiendava õppesisu loomine;</w:t>
      </w:r>
    </w:p>
    <w:p w14:paraId="23E809DB" w14:textId="77777777" w:rsidR="009F7D9D" w:rsidRPr="000B6D54" w:rsidRDefault="009F7D9D" w:rsidP="009F7D9D">
      <w:pPr>
        <w:pStyle w:val="Loendilik"/>
        <w:numPr>
          <w:ilvl w:val="0"/>
          <w:numId w:val="15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mooduli kontseptsiooni ja struktuuri kujundamine;</w:t>
      </w:r>
    </w:p>
    <w:p w14:paraId="17CED7D3" w14:textId="77777777" w:rsidR="009F7D9D" w:rsidRPr="000B6D54" w:rsidRDefault="009F7D9D" w:rsidP="009F7D9D">
      <w:pPr>
        <w:pStyle w:val="Loendilik"/>
        <w:numPr>
          <w:ilvl w:val="0"/>
          <w:numId w:val="15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õpiväljundite selge sidumine õppesisuga;</w:t>
      </w:r>
    </w:p>
    <w:p w14:paraId="753A7524" w14:textId="77777777" w:rsidR="009F7D9D" w:rsidRPr="000B6D54" w:rsidRDefault="009F7D9D" w:rsidP="009F7D9D">
      <w:pPr>
        <w:pStyle w:val="Loendilik"/>
        <w:numPr>
          <w:ilvl w:val="0"/>
          <w:numId w:val="15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õpetaja juhendmaterjalide koostamine;</w:t>
      </w:r>
    </w:p>
    <w:p w14:paraId="5EACEED2" w14:textId="77777777" w:rsidR="009F7D9D" w:rsidRPr="000B6D54" w:rsidRDefault="009F7D9D" w:rsidP="009F7D9D">
      <w:pPr>
        <w:pStyle w:val="Loendilik"/>
        <w:numPr>
          <w:ilvl w:val="0"/>
          <w:numId w:val="15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õppematerjalide tehnilise toimivuse kontrollimine;</w:t>
      </w:r>
    </w:p>
    <w:p w14:paraId="7BD8F20C" w14:textId="1F4FC27B" w:rsidR="00807873" w:rsidRDefault="009F7D9D" w:rsidP="009F7D9D">
      <w:pPr>
        <w:pStyle w:val="Loendilik"/>
        <w:numPr>
          <w:ilvl w:val="0"/>
          <w:numId w:val="15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linkide ja interaktiivsete ülesannete ülevaatamine ning parandamine</w:t>
      </w:r>
      <w:r w:rsidR="007E4B38">
        <w:rPr>
          <w:sz w:val="24"/>
          <w:szCs w:val="24"/>
          <w:lang w:val="et-EE"/>
        </w:rPr>
        <w:t>.</w:t>
      </w:r>
    </w:p>
    <w:p w14:paraId="2D8518C9" w14:textId="521AC4FB" w:rsidR="009F7D9D" w:rsidRPr="000B6D54" w:rsidRDefault="009F7D9D" w:rsidP="009F7D9D">
      <w:pPr>
        <w:spacing w:before="240" w:after="0" w:line="276" w:lineRule="auto"/>
        <w:jc w:val="both"/>
        <w:rPr>
          <w:b/>
          <w:bCs/>
          <w:sz w:val="24"/>
          <w:szCs w:val="24"/>
          <w:lang w:val="et-EE"/>
        </w:rPr>
      </w:pPr>
      <w:r w:rsidRPr="000B6D54">
        <w:rPr>
          <w:b/>
          <w:bCs/>
          <w:sz w:val="24"/>
          <w:szCs w:val="24"/>
          <w:lang w:val="et-EE"/>
        </w:rPr>
        <w:t>Hanke osad</w:t>
      </w:r>
    </w:p>
    <w:p w14:paraId="6F745A78" w14:textId="4BAAB625" w:rsidR="009F7D9D" w:rsidRPr="000B6D54" w:rsidRDefault="009F7D9D" w:rsidP="00CF1199">
      <w:pPr>
        <w:spacing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Pakkuja võib pakkumuse esitada ühele või mitmele hanke osale:</w:t>
      </w:r>
    </w:p>
    <w:p w14:paraId="3BBEE12B" w14:textId="33684CB0" w:rsidR="009F7D9D" w:rsidRPr="000B6D54" w:rsidRDefault="00F323DC" w:rsidP="00CF1199">
      <w:pPr>
        <w:pStyle w:val="Loendilik"/>
        <w:numPr>
          <w:ilvl w:val="0"/>
          <w:numId w:val="16"/>
        </w:numPr>
        <w:spacing w:after="0" w:line="276" w:lineRule="auto"/>
        <w:jc w:val="both"/>
        <w:rPr>
          <w:sz w:val="24"/>
          <w:szCs w:val="24"/>
          <w:lang w:val="et-EE"/>
        </w:rPr>
      </w:pPr>
      <w:hyperlink r:id="rId9" w:history="1">
        <w:r w:rsidR="009F7D9D" w:rsidRPr="000B6D54">
          <w:rPr>
            <w:rStyle w:val="Hperlink"/>
            <w:sz w:val="24"/>
            <w:szCs w:val="24"/>
            <w:lang w:val="et-EE"/>
          </w:rPr>
          <w:t>sotsiaalained</w:t>
        </w:r>
      </w:hyperlink>
      <w:r w:rsidR="009F7D9D" w:rsidRPr="000B6D54">
        <w:rPr>
          <w:sz w:val="24"/>
          <w:szCs w:val="24"/>
          <w:lang w:val="et-EE"/>
        </w:rPr>
        <w:t>;</w:t>
      </w:r>
    </w:p>
    <w:p w14:paraId="24D0FFC5" w14:textId="51FBEE4C" w:rsidR="009F7D9D" w:rsidRPr="000B6D54" w:rsidRDefault="00F323DC" w:rsidP="009F7D9D">
      <w:pPr>
        <w:pStyle w:val="Loendilik"/>
        <w:numPr>
          <w:ilvl w:val="0"/>
          <w:numId w:val="16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hyperlink r:id="rId10" w:history="1">
        <w:r w:rsidR="009F7D9D" w:rsidRPr="000B6D54">
          <w:rPr>
            <w:rStyle w:val="Hperlink"/>
            <w:sz w:val="24"/>
            <w:szCs w:val="24"/>
            <w:lang w:val="et-EE"/>
          </w:rPr>
          <w:t>loodusained</w:t>
        </w:r>
      </w:hyperlink>
      <w:r w:rsidR="009F7D9D" w:rsidRPr="000B6D54">
        <w:rPr>
          <w:sz w:val="24"/>
          <w:szCs w:val="24"/>
          <w:lang w:val="et-EE"/>
        </w:rPr>
        <w:t>;</w:t>
      </w:r>
    </w:p>
    <w:p w14:paraId="00F0F78C" w14:textId="55F6846D" w:rsidR="009F7D9D" w:rsidRPr="000B6D54" w:rsidRDefault="0021576B" w:rsidP="009F7D9D">
      <w:pPr>
        <w:pStyle w:val="Loendilik"/>
        <w:numPr>
          <w:ilvl w:val="0"/>
          <w:numId w:val="16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hyperlink r:id="rId11" w:history="1">
        <w:r w:rsidR="009F7D9D" w:rsidRPr="000B6D54">
          <w:rPr>
            <w:rStyle w:val="Hperlink"/>
            <w:sz w:val="24"/>
            <w:szCs w:val="24"/>
            <w:lang w:val="et-EE"/>
          </w:rPr>
          <w:t>matemaatika</w:t>
        </w:r>
      </w:hyperlink>
      <w:r w:rsidR="009F7D9D" w:rsidRPr="000B6D54">
        <w:rPr>
          <w:sz w:val="24"/>
          <w:szCs w:val="24"/>
          <w:lang w:val="et-EE"/>
        </w:rPr>
        <w:t>;</w:t>
      </w:r>
    </w:p>
    <w:p w14:paraId="1F1C1099" w14:textId="6FB8B7C0" w:rsidR="004C3EF4" w:rsidRPr="007E4B38" w:rsidRDefault="0021576B" w:rsidP="009F7D9D">
      <w:pPr>
        <w:pStyle w:val="Loendilik"/>
        <w:numPr>
          <w:ilvl w:val="0"/>
          <w:numId w:val="16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hyperlink r:id="rId12" w:history="1">
        <w:r w:rsidR="009F7D9D" w:rsidRPr="000B6D54">
          <w:rPr>
            <w:rStyle w:val="Hperlink"/>
            <w:sz w:val="24"/>
            <w:szCs w:val="24"/>
            <w:lang w:val="et-EE"/>
          </w:rPr>
          <w:t>visuaal-</w:t>
        </w:r>
        <w:r w:rsidRPr="000B6D54">
          <w:rPr>
            <w:rStyle w:val="Hperlink"/>
            <w:sz w:val="24"/>
            <w:szCs w:val="24"/>
            <w:lang w:val="et-EE"/>
          </w:rPr>
          <w:t xml:space="preserve"> ja helikultuur</w:t>
        </w:r>
      </w:hyperlink>
      <w:r w:rsidR="009F7D9D" w:rsidRPr="000B6D54">
        <w:rPr>
          <w:sz w:val="24"/>
          <w:szCs w:val="24"/>
          <w:lang w:val="et-EE"/>
        </w:rPr>
        <w:t>.</w:t>
      </w:r>
    </w:p>
    <w:p w14:paraId="0D9A4828" w14:textId="1292A6F7" w:rsidR="009F7D9D" w:rsidRPr="000B6D54" w:rsidRDefault="009F7D9D" w:rsidP="009F7D9D">
      <w:pPr>
        <w:spacing w:before="240" w:after="0" w:line="276" w:lineRule="auto"/>
        <w:jc w:val="both"/>
        <w:rPr>
          <w:b/>
          <w:bCs/>
          <w:sz w:val="24"/>
          <w:szCs w:val="24"/>
          <w:lang w:val="et-EE"/>
        </w:rPr>
      </w:pPr>
      <w:r w:rsidRPr="000B6D54">
        <w:rPr>
          <w:b/>
          <w:bCs/>
          <w:sz w:val="24"/>
          <w:szCs w:val="24"/>
          <w:lang w:val="et-EE"/>
        </w:rPr>
        <w:t>Ootused õp</w:t>
      </w:r>
      <w:r w:rsidR="004C3EF4">
        <w:rPr>
          <w:b/>
          <w:bCs/>
          <w:sz w:val="24"/>
          <w:szCs w:val="24"/>
          <w:lang w:val="et-EE"/>
        </w:rPr>
        <w:t>p</w:t>
      </w:r>
      <w:r w:rsidRPr="000B6D54">
        <w:rPr>
          <w:b/>
          <w:bCs/>
          <w:sz w:val="24"/>
          <w:szCs w:val="24"/>
          <w:lang w:val="et-EE"/>
        </w:rPr>
        <w:t>evarale</w:t>
      </w:r>
    </w:p>
    <w:p w14:paraId="22092707" w14:textId="77777777" w:rsidR="007569D1" w:rsidRPr="000B6D54" w:rsidRDefault="007569D1" w:rsidP="00CF1199">
      <w:pPr>
        <w:spacing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Õppevara peab:</w:t>
      </w:r>
    </w:p>
    <w:p w14:paraId="75B7E461" w14:textId="77777777" w:rsidR="004C3EF4" w:rsidRDefault="004C3EF4" w:rsidP="004C3EF4">
      <w:pPr>
        <w:pStyle w:val="Loendilik"/>
        <w:numPr>
          <w:ilvl w:val="0"/>
          <w:numId w:val="23"/>
        </w:numPr>
        <w:spacing w:after="0" w:line="276" w:lineRule="auto"/>
        <w:jc w:val="both"/>
        <w:rPr>
          <w:sz w:val="24"/>
          <w:szCs w:val="24"/>
          <w:lang w:val="et-EE"/>
        </w:rPr>
      </w:pPr>
      <w:r w:rsidRPr="004C3EF4">
        <w:rPr>
          <w:sz w:val="24"/>
          <w:szCs w:val="24"/>
          <w:lang w:val="et-EE"/>
        </w:rPr>
        <w:t>olema kooskõlas riikliku õppekava ja moodulite õpiväljunditega;</w:t>
      </w:r>
    </w:p>
    <w:p w14:paraId="3642EE8B" w14:textId="77777777" w:rsidR="004C3EF4" w:rsidRDefault="004C3EF4" w:rsidP="004C3EF4">
      <w:pPr>
        <w:pStyle w:val="Loendilik"/>
        <w:numPr>
          <w:ilvl w:val="0"/>
          <w:numId w:val="23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4C3EF4">
        <w:rPr>
          <w:sz w:val="24"/>
          <w:szCs w:val="24"/>
          <w:lang w:val="et-EE"/>
        </w:rPr>
        <w:t>toetama nii õpetamist kui iseseisvat õppimist;</w:t>
      </w:r>
    </w:p>
    <w:p w14:paraId="5620AECD" w14:textId="77777777" w:rsidR="004C3EF4" w:rsidRDefault="004C3EF4" w:rsidP="004C3EF4">
      <w:pPr>
        <w:pStyle w:val="Loendilik"/>
        <w:numPr>
          <w:ilvl w:val="0"/>
          <w:numId w:val="23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4C3EF4">
        <w:rPr>
          <w:sz w:val="24"/>
          <w:szCs w:val="24"/>
          <w:lang w:val="et-EE"/>
        </w:rPr>
        <w:t>olema õppijale arusaadav ja eakohane;</w:t>
      </w:r>
    </w:p>
    <w:p w14:paraId="744AD83A" w14:textId="77777777" w:rsidR="004C3EF4" w:rsidRDefault="004C3EF4" w:rsidP="004C3EF4">
      <w:pPr>
        <w:pStyle w:val="Loendilik"/>
        <w:numPr>
          <w:ilvl w:val="0"/>
          <w:numId w:val="23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4C3EF4">
        <w:rPr>
          <w:sz w:val="24"/>
          <w:szCs w:val="24"/>
          <w:lang w:val="et-EE"/>
        </w:rPr>
        <w:t>sisaldama õpetajale vajalikke juhendmaterjale;</w:t>
      </w:r>
    </w:p>
    <w:p w14:paraId="123C0444" w14:textId="77777777" w:rsidR="004C3EF4" w:rsidRDefault="004C3EF4" w:rsidP="004C3EF4">
      <w:pPr>
        <w:pStyle w:val="Loendilik"/>
        <w:numPr>
          <w:ilvl w:val="0"/>
          <w:numId w:val="23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4C3EF4">
        <w:rPr>
          <w:sz w:val="24"/>
          <w:szCs w:val="24"/>
          <w:lang w:val="et-EE"/>
        </w:rPr>
        <w:t>vastama ligipääsetavuse ja autoriõiguste nõuetele;</w:t>
      </w:r>
    </w:p>
    <w:p w14:paraId="73F0D2A6" w14:textId="77777777" w:rsidR="004C3EF4" w:rsidRDefault="004C3EF4" w:rsidP="004C3EF4">
      <w:pPr>
        <w:pStyle w:val="Loendilik"/>
        <w:numPr>
          <w:ilvl w:val="0"/>
          <w:numId w:val="23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4C3EF4">
        <w:rPr>
          <w:sz w:val="24"/>
          <w:szCs w:val="24"/>
          <w:lang w:val="et-EE"/>
        </w:rPr>
        <w:t xml:space="preserve">toimima tehniliselt </w:t>
      </w:r>
      <w:proofErr w:type="spellStart"/>
      <w:r w:rsidRPr="004C3EF4">
        <w:rPr>
          <w:sz w:val="24"/>
          <w:szCs w:val="24"/>
          <w:lang w:val="et-EE"/>
        </w:rPr>
        <w:t>E-koolikoti</w:t>
      </w:r>
      <w:proofErr w:type="spellEnd"/>
      <w:r w:rsidRPr="004C3EF4">
        <w:rPr>
          <w:sz w:val="24"/>
          <w:szCs w:val="24"/>
          <w:lang w:val="et-EE"/>
        </w:rPr>
        <w:t xml:space="preserve"> keskkonnas.</w:t>
      </w:r>
    </w:p>
    <w:p w14:paraId="14848862" w14:textId="77777777" w:rsidR="004C3EF4" w:rsidRDefault="004C3EF4" w:rsidP="004C3EF4">
      <w:pPr>
        <w:pStyle w:val="Loendilik"/>
        <w:spacing w:before="240" w:after="0" w:line="276" w:lineRule="auto"/>
        <w:jc w:val="both"/>
        <w:rPr>
          <w:sz w:val="24"/>
          <w:szCs w:val="24"/>
          <w:lang w:val="et-EE"/>
        </w:rPr>
      </w:pPr>
    </w:p>
    <w:p w14:paraId="28AABD79" w14:textId="2CF11798" w:rsidR="007569D1" w:rsidRPr="004C3EF4" w:rsidRDefault="007569D1" w:rsidP="004C3EF4">
      <w:pPr>
        <w:pStyle w:val="Loendilik"/>
        <w:spacing w:before="240" w:after="0" w:line="276" w:lineRule="auto"/>
        <w:ind w:left="0"/>
        <w:jc w:val="both"/>
        <w:rPr>
          <w:sz w:val="24"/>
          <w:szCs w:val="24"/>
          <w:lang w:val="et-EE"/>
        </w:rPr>
      </w:pPr>
      <w:r w:rsidRPr="004C3EF4">
        <w:rPr>
          <w:b/>
          <w:bCs/>
          <w:sz w:val="24"/>
          <w:szCs w:val="24"/>
          <w:lang w:val="et-EE"/>
        </w:rPr>
        <w:t>Meeskonna nõuded</w:t>
      </w:r>
      <w:r w:rsidR="00B60141">
        <w:rPr>
          <w:b/>
          <w:bCs/>
          <w:sz w:val="24"/>
          <w:szCs w:val="24"/>
          <w:lang w:val="et-EE"/>
        </w:rPr>
        <w:t>:</w:t>
      </w:r>
    </w:p>
    <w:p w14:paraId="1F83072B" w14:textId="77777777" w:rsidR="001A7471" w:rsidRDefault="001A7471" w:rsidP="001A7471">
      <w:pPr>
        <w:pStyle w:val="Loendilik"/>
        <w:numPr>
          <w:ilvl w:val="0"/>
          <w:numId w:val="17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1A7471">
        <w:rPr>
          <w:sz w:val="24"/>
          <w:szCs w:val="24"/>
          <w:lang w:val="et-EE"/>
        </w:rPr>
        <w:t>vähemalt üks aineekspert, kellel on vähemalt 5 aastat õpetamiskogemust, sh vähemalt 3 aastat keskhariduse või kutsekeskhariduse tasemel;</w:t>
      </w:r>
    </w:p>
    <w:p w14:paraId="2E9D3A9C" w14:textId="345A4DE1" w:rsidR="00B60141" w:rsidRDefault="00B60141" w:rsidP="001A7471">
      <w:pPr>
        <w:pStyle w:val="Loendilik"/>
        <w:numPr>
          <w:ilvl w:val="0"/>
          <w:numId w:val="17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>õpetaja kutse olemasolu;</w:t>
      </w:r>
    </w:p>
    <w:p w14:paraId="218F0B26" w14:textId="4AE3C82B" w:rsidR="001A7471" w:rsidRPr="001A7471" w:rsidRDefault="001A7471" w:rsidP="001A7471">
      <w:pPr>
        <w:pStyle w:val="Loendilik"/>
        <w:numPr>
          <w:ilvl w:val="0"/>
          <w:numId w:val="17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1A7471">
        <w:rPr>
          <w:sz w:val="24"/>
          <w:szCs w:val="24"/>
          <w:lang w:val="et-EE"/>
        </w:rPr>
        <w:t>digitaalse õppematerjali loomise kogemus;</w:t>
      </w:r>
    </w:p>
    <w:p w14:paraId="64292601" w14:textId="7EC49BC3" w:rsidR="001A7471" w:rsidRPr="001A7471" w:rsidRDefault="001A7471" w:rsidP="001A7471">
      <w:pPr>
        <w:pStyle w:val="Loendilik"/>
        <w:numPr>
          <w:ilvl w:val="0"/>
          <w:numId w:val="17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1A7471">
        <w:rPr>
          <w:sz w:val="24"/>
          <w:szCs w:val="24"/>
          <w:lang w:val="et-EE"/>
        </w:rPr>
        <w:t>vajadusel võib kaasata täiendavaid eksperte.</w:t>
      </w:r>
    </w:p>
    <w:p w14:paraId="609AA23B" w14:textId="77777777" w:rsidR="007569D1" w:rsidRPr="000B6D54" w:rsidRDefault="007569D1" w:rsidP="007569D1">
      <w:pPr>
        <w:spacing w:before="240" w:after="0" w:line="276" w:lineRule="auto"/>
        <w:jc w:val="both"/>
        <w:rPr>
          <w:b/>
          <w:bCs/>
          <w:sz w:val="24"/>
          <w:szCs w:val="24"/>
          <w:lang w:val="et-EE"/>
        </w:rPr>
      </w:pPr>
      <w:r w:rsidRPr="000B6D54">
        <w:rPr>
          <w:b/>
          <w:bCs/>
          <w:sz w:val="24"/>
          <w:szCs w:val="24"/>
          <w:lang w:val="et-EE"/>
        </w:rPr>
        <w:t>Mentorlus</w:t>
      </w:r>
    </w:p>
    <w:p w14:paraId="0DC40528" w14:textId="6509EE78" w:rsidR="007E4B38" w:rsidRPr="007E4B38" w:rsidRDefault="007E4B38" w:rsidP="007E4B38">
      <w:pPr>
        <w:pStyle w:val="Loendilik"/>
        <w:numPr>
          <w:ilvl w:val="0"/>
          <w:numId w:val="17"/>
        </w:numPr>
        <w:spacing w:after="0" w:line="276" w:lineRule="auto"/>
        <w:jc w:val="both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>Pakkuja</w:t>
      </w:r>
      <w:r w:rsidRPr="007E4B38">
        <w:rPr>
          <w:sz w:val="24"/>
          <w:szCs w:val="24"/>
          <w:lang w:val="et-EE"/>
        </w:rPr>
        <w:t xml:space="preserve"> saab ainevaldkonna mentori.</w:t>
      </w:r>
    </w:p>
    <w:p w14:paraId="5D7F5964" w14:textId="799546BD" w:rsidR="007E4B38" w:rsidRDefault="007E4B38" w:rsidP="007E4B38">
      <w:pPr>
        <w:pStyle w:val="Loendilik"/>
        <w:numPr>
          <w:ilvl w:val="0"/>
          <w:numId w:val="17"/>
        </w:numPr>
        <w:spacing w:after="0" w:line="276" w:lineRule="auto"/>
        <w:jc w:val="both"/>
        <w:rPr>
          <w:sz w:val="24"/>
          <w:szCs w:val="24"/>
          <w:lang w:val="et-EE"/>
        </w:rPr>
      </w:pPr>
      <w:r w:rsidRPr="007E4B38">
        <w:rPr>
          <w:sz w:val="24"/>
          <w:szCs w:val="24"/>
          <w:lang w:val="et-EE"/>
        </w:rPr>
        <w:t>Mentor toetab sisulistes küsimustes ning aitab tagada ainealase ajakohasuse ja teaduspõhisuse.</w:t>
      </w:r>
    </w:p>
    <w:p w14:paraId="30D271D2" w14:textId="46C3B83A" w:rsidR="007569D1" w:rsidRPr="000B6D54" w:rsidRDefault="007569D1" w:rsidP="007E4B38">
      <w:pPr>
        <w:pStyle w:val="Loendilik"/>
        <w:numPr>
          <w:ilvl w:val="0"/>
          <w:numId w:val="17"/>
        </w:numPr>
        <w:spacing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Õppevara lõpliku lahenduse eest vastutab töövõtja.</w:t>
      </w:r>
    </w:p>
    <w:p w14:paraId="14655B29" w14:textId="77777777" w:rsidR="007569D1" w:rsidRPr="000B6D54" w:rsidRDefault="007569D1" w:rsidP="007569D1">
      <w:pPr>
        <w:spacing w:before="240" w:after="0" w:line="276" w:lineRule="auto"/>
        <w:jc w:val="both"/>
        <w:rPr>
          <w:b/>
          <w:bCs/>
          <w:sz w:val="24"/>
          <w:szCs w:val="24"/>
          <w:lang w:val="et-EE"/>
        </w:rPr>
      </w:pPr>
      <w:r w:rsidRPr="000B6D54">
        <w:rPr>
          <w:b/>
          <w:bCs/>
          <w:sz w:val="24"/>
          <w:szCs w:val="24"/>
          <w:lang w:val="et-EE"/>
        </w:rPr>
        <w:t>Hanke maht ja esitamine</w:t>
      </w:r>
    </w:p>
    <w:p w14:paraId="0F66ED85" w14:textId="77777777" w:rsidR="007569D1" w:rsidRPr="000B6D54" w:rsidRDefault="007569D1" w:rsidP="007E4B38">
      <w:pPr>
        <w:pStyle w:val="Loendilik"/>
        <w:numPr>
          <w:ilvl w:val="0"/>
          <w:numId w:val="17"/>
        </w:numPr>
        <w:spacing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Tööde teostamise periood on 52 nädalat alates lepingu sõlmimisest.</w:t>
      </w:r>
    </w:p>
    <w:p w14:paraId="7AB2AE93" w14:textId="21BB25A4" w:rsidR="007569D1" w:rsidRDefault="007569D1" w:rsidP="007569D1">
      <w:pPr>
        <w:pStyle w:val="Loendilik"/>
        <w:numPr>
          <w:ilvl w:val="0"/>
          <w:numId w:val="17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Hanke kogumaksumus on 97 000 eurot</w:t>
      </w:r>
      <w:r w:rsidR="007E4B38">
        <w:rPr>
          <w:sz w:val="24"/>
          <w:szCs w:val="24"/>
          <w:lang w:val="et-EE"/>
        </w:rPr>
        <w:t xml:space="preserve"> (127 280€ KM-</w:t>
      </w:r>
      <w:proofErr w:type="spellStart"/>
      <w:r w:rsidR="007E4B38">
        <w:rPr>
          <w:sz w:val="24"/>
          <w:szCs w:val="24"/>
          <w:lang w:val="et-EE"/>
        </w:rPr>
        <w:t>ga</w:t>
      </w:r>
      <w:proofErr w:type="spellEnd"/>
      <w:r w:rsidR="007E4B38">
        <w:rPr>
          <w:sz w:val="24"/>
          <w:szCs w:val="24"/>
          <w:lang w:val="et-EE"/>
        </w:rPr>
        <w:t>)</w:t>
      </w:r>
      <w:r w:rsidRPr="000B6D54">
        <w:rPr>
          <w:sz w:val="24"/>
          <w:szCs w:val="24"/>
          <w:lang w:val="et-EE"/>
        </w:rPr>
        <w:t>.</w:t>
      </w:r>
      <w:r w:rsidR="007E70EB">
        <w:rPr>
          <w:sz w:val="24"/>
          <w:szCs w:val="24"/>
          <w:lang w:val="et-EE"/>
        </w:rPr>
        <w:t xml:space="preserve"> Tasu makstakse pärast valminud töö üleandmist.</w:t>
      </w:r>
    </w:p>
    <w:p w14:paraId="1E414FD2" w14:textId="4FE39960" w:rsidR="007E70EB" w:rsidRPr="007E70EB" w:rsidRDefault="007E70EB" w:rsidP="007E70EB">
      <w:pPr>
        <w:pStyle w:val="Loendilik"/>
        <w:numPr>
          <w:ilvl w:val="0"/>
          <w:numId w:val="17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>Pakkumusi saavad teha nii füüsilised kui juriidilised isikud.</w:t>
      </w:r>
    </w:p>
    <w:p w14:paraId="6AD0664B" w14:textId="2C448605" w:rsidR="007E70EB" w:rsidRPr="007E70EB" w:rsidRDefault="003B7055" w:rsidP="007E70EB">
      <w:pPr>
        <w:pStyle w:val="Loendilik"/>
        <w:numPr>
          <w:ilvl w:val="0"/>
          <w:numId w:val="17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3B7055">
        <w:rPr>
          <w:sz w:val="24"/>
          <w:szCs w:val="24"/>
          <w:lang w:val="et-EE"/>
        </w:rPr>
        <w:t>Edukaks tunnistatakse madalaima maksumusega nõuetele vastav pakkumus.</w:t>
      </w:r>
    </w:p>
    <w:p w14:paraId="3DB0A928" w14:textId="111E99AF" w:rsidR="007569D1" w:rsidRPr="000B6D54" w:rsidRDefault="003B7055" w:rsidP="007569D1">
      <w:pPr>
        <w:pStyle w:val="Loendilik"/>
        <w:numPr>
          <w:ilvl w:val="0"/>
          <w:numId w:val="17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>
        <w:rPr>
          <w:sz w:val="24"/>
          <w:szCs w:val="24"/>
          <w:lang w:val="et-EE"/>
        </w:rPr>
        <w:t xml:space="preserve">Pakkumuse esitamise tähtaeg: </w:t>
      </w:r>
      <w:r>
        <w:rPr>
          <w:b/>
          <w:bCs/>
          <w:sz w:val="24"/>
          <w:szCs w:val="24"/>
          <w:lang w:val="et-EE"/>
        </w:rPr>
        <w:t>16.09.2026 kell 17.00</w:t>
      </w:r>
      <w:r>
        <w:rPr>
          <w:sz w:val="24"/>
          <w:szCs w:val="24"/>
          <w:lang w:val="et-EE"/>
        </w:rPr>
        <w:t>.</w:t>
      </w:r>
    </w:p>
    <w:p w14:paraId="7FF0FB33" w14:textId="77F1C1D0" w:rsidR="003B7055" w:rsidRPr="003B7055" w:rsidRDefault="007569D1" w:rsidP="003B7055">
      <w:pPr>
        <w:pStyle w:val="Loendilik"/>
        <w:numPr>
          <w:ilvl w:val="0"/>
          <w:numId w:val="17"/>
        </w:numPr>
        <w:spacing w:before="240" w:after="0" w:line="276" w:lineRule="auto"/>
        <w:jc w:val="both"/>
        <w:rPr>
          <w:sz w:val="24"/>
          <w:szCs w:val="24"/>
          <w:lang w:val="et-EE"/>
        </w:rPr>
      </w:pPr>
      <w:r w:rsidRPr="000B6D54">
        <w:rPr>
          <w:sz w:val="24"/>
          <w:szCs w:val="24"/>
          <w:lang w:val="et-EE"/>
        </w:rPr>
        <w:t>Pakkumus peab sisaldama kõiki hankedokumentides nõutud lisasid ja dokumente.</w:t>
      </w:r>
    </w:p>
    <w:p w14:paraId="097433C2" w14:textId="77777777" w:rsidR="0096505C" w:rsidRPr="003B7055" w:rsidRDefault="00165353" w:rsidP="003B7055">
      <w:pPr>
        <w:spacing w:before="240"/>
        <w:rPr>
          <w:b/>
          <w:bCs/>
          <w:color w:val="auto"/>
          <w:sz w:val="24"/>
          <w:szCs w:val="24"/>
          <w:lang w:val="et-EE"/>
        </w:rPr>
      </w:pPr>
      <w:r w:rsidRPr="003B7055">
        <w:rPr>
          <w:b/>
          <w:bCs/>
          <w:color w:val="auto"/>
          <w:sz w:val="24"/>
          <w:szCs w:val="24"/>
          <w:lang w:val="et-EE"/>
        </w:rPr>
        <w:t>Küsimused ja vastused</w:t>
      </w:r>
    </w:p>
    <w:p w14:paraId="19C83E18" w14:textId="35927FA5" w:rsidR="0096505C" w:rsidRPr="00E70ECF" w:rsidRDefault="00165353" w:rsidP="003B7055">
      <w:pPr>
        <w:spacing w:line="276" w:lineRule="auto"/>
        <w:jc w:val="both"/>
        <w:rPr>
          <w:b/>
          <w:bCs/>
          <w:color w:val="auto"/>
          <w:sz w:val="24"/>
          <w:szCs w:val="24"/>
          <w:lang w:val="et-EE"/>
        </w:rPr>
      </w:pPr>
      <w:r w:rsidRPr="003B7055">
        <w:rPr>
          <w:color w:val="auto"/>
          <w:sz w:val="24"/>
          <w:szCs w:val="24"/>
          <w:lang w:val="et-EE"/>
        </w:rPr>
        <w:t xml:space="preserve">Infotunnis sisulisi küsimusi ei esitatud. Täiendavaid küsimusi saab esitada kirjalikult </w:t>
      </w:r>
      <w:r w:rsidR="00E70ECF">
        <w:rPr>
          <w:color w:val="auto"/>
          <w:sz w:val="24"/>
          <w:szCs w:val="24"/>
          <w:lang w:val="et-EE"/>
        </w:rPr>
        <w:t xml:space="preserve">hanke kontaktisikule aadressil </w:t>
      </w:r>
      <w:hyperlink r:id="rId13" w:history="1">
        <w:r w:rsidR="00E70ECF" w:rsidRPr="00E70ECF">
          <w:rPr>
            <w:rStyle w:val="Hperlink"/>
            <w:b/>
            <w:bCs/>
            <w:sz w:val="24"/>
            <w:szCs w:val="24"/>
            <w:lang w:val="et-EE"/>
          </w:rPr>
          <w:t>helina.valb@hm.ee</w:t>
        </w:r>
      </w:hyperlink>
    </w:p>
    <w:sectPr w:rsidR="0096505C" w:rsidRPr="00E70ECF" w:rsidSect="00034616">
      <w:footerReference w:type="default" r:id="rId14"/>
      <w:pgSz w:w="12240" w:h="15840"/>
      <w:pgMar w:top="1247" w:right="1361" w:bottom="1134" w:left="136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C5F9C" w14:textId="77777777" w:rsidR="00481045" w:rsidRDefault="00481045">
      <w:pPr>
        <w:spacing w:after="0" w:line="240" w:lineRule="auto"/>
      </w:pPr>
      <w:r>
        <w:separator/>
      </w:r>
    </w:p>
  </w:endnote>
  <w:endnote w:type="continuationSeparator" w:id="0">
    <w:p w14:paraId="407414E8" w14:textId="77777777" w:rsidR="00481045" w:rsidRDefault="00481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6398652"/>
      <w:docPartObj>
        <w:docPartGallery w:val="Page Numbers (Bottom of Page)"/>
        <w:docPartUnique/>
      </w:docPartObj>
    </w:sdtPr>
    <w:sdtContent>
      <w:p w14:paraId="5A5DD85D" w14:textId="1751BB40" w:rsidR="00CF1199" w:rsidRDefault="00CF1199">
        <w:pPr>
          <w:pStyle w:val="Jalu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t-EE"/>
          </w:rPr>
          <w:t>2</w:t>
        </w:r>
        <w:r>
          <w:fldChar w:fldCharType="end"/>
        </w:r>
      </w:p>
    </w:sdtContent>
  </w:sdt>
  <w:p w14:paraId="4353FEA0" w14:textId="4C0558BE" w:rsidR="0096505C" w:rsidRDefault="0096505C">
    <w:pPr>
      <w:pStyle w:val="Jalus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FD1FA" w14:textId="77777777" w:rsidR="00481045" w:rsidRDefault="00481045">
      <w:pPr>
        <w:spacing w:after="0" w:line="240" w:lineRule="auto"/>
      </w:pPr>
      <w:r>
        <w:separator/>
      </w:r>
    </w:p>
  </w:footnote>
  <w:footnote w:type="continuationSeparator" w:id="0">
    <w:p w14:paraId="1E528928" w14:textId="77777777" w:rsidR="00481045" w:rsidRDefault="00481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942"/>
        </w:tabs>
        <w:ind w:left="1942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oendi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oendi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oenditpp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oenditpp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oendi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oenditpp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CE2131"/>
    <w:multiLevelType w:val="hybridMultilevel"/>
    <w:tmpl w:val="1106575E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7106A4"/>
    <w:multiLevelType w:val="hybridMultilevel"/>
    <w:tmpl w:val="D110D0F4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8A169D"/>
    <w:multiLevelType w:val="hybridMultilevel"/>
    <w:tmpl w:val="5B22A570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1A77FF"/>
    <w:multiLevelType w:val="hybridMultilevel"/>
    <w:tmpl w:val="EF227F2E"/>
    <w:lvl w:ilvl="0" w:tplc="0EB0C9F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0F55B9"/>
    <w:multiLevelType w:val="hybridMultilevel"/>
    <w:tmpl w:val="DD8E53A8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37D86"/>
    <w:multiLevelType w:val="hybridMultilevel"/>
    <w:tmpl w:val="C60EBF0C"/>
    <w:lvl w:ilvl="0" w:tplc="0EB0C9FA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C5652D"/>
    <w:multiLevelType w:val="hybridMultilevel"/>
    <w:tmpl w:val="67D6E9B6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632591"/>
    <w:multiLevelType w:val="multilevel"/>
    <w:tmpl w:val="C988F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C66163"/>
    <w:multiLevelType w:val="hybridMultilevel"/>
    <w:tmpl w:val="CB0C0854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2E6D2D"/>
    <w:multiLevelType w:val="hybridMultilevel"/>
    <w:tmpl w:val="32B490D8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8130D8"/>
    <w:multiLevelType w:val="hybridMultilevel"/>
    <w:tmpl w:val="1F683292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9559C7"/>
    <w:multiLevelType w:val="multilevel"/>
    <w:tmpl w:val="C36C8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2F17ED"/>
    <w:multiLevelType w:val="multilevel"/>
    <w:tmpl w:val="0D3AD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F54A32"/>
    <w:multiLevelType w:val="multilevel"/>
    <w:tmpl w:val="6A7A3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0102929">
    <w:abstractNumId w:val="8"/>
  </w:num>
  <w:num w:numId="2" w16cid:durableId="625163235">
    <w:abstractNumId w:val="6"/>
  </w:num>
  <w:num w:numId="3" w16cid:durableId="1935162819">
    <w:abstractNumId w:val="5"/>
  </w:num>
  <w:num w:numId="4" w16cid:durableId="374474417">
    <w:abstractNumId w:val="4"/>
  </w:num>
  <w:num w:numId="5" w16cid:durableId="1381171651">
    <w:abstractNumId w:val="7"/>
  </w:num>
  <w:num w:numId="6" w16cid:durableId="1809276303">
    <w:abstractNumId w:val="3"/>
  </w:num>
  <w:num w:numId="7" w16cid:durableId="1105544000">
    <w:abstractNumId w:val="2"/>
  </w:num>
  <w:num w:numId="8" w16cid:durableId="32661855">
    <w:abstractNumId w:val="1"/>
  </w:num>
  <w:num w:numId="9" w16cid:durableId="1114785812">
    <w:abstractNumId w:val="0"/>
  </w:num>
  <w:num w:numId="10" w16cid:durableId="1658341340">
    <w:abstractNumId w:val="12"/>
  </w:num>
  <w:num w:numId="11" w16cid:durableId="840388977">
    <w:abstractNumId w:val="14"/>
  </w:num>
  <w:num w:numId="12" w16cid:durableId="812940356">
    <w:abstractNumId w:val="10"/>
  </w:num>
  <w:num w:numId="13" w16cid:durableId="610893292">
    <w:abstractNumId w:val="9"/>
  </w:num>
  <w:num w:numId="14" w16cid:durableId="382948821">
    <w:abstractNumId w:val="11"/>
  </w:num>
  <w:num w:numId="15" w16cid:durableId="1095442936">
    <w:abstractNumId w:val="18"/>
  </w:num>
  <w:num w:numId="16" w16cid:durableId="1668054348">
    <w:abstractNumId w:val="13"/>
  </w:num>
  <w:num w:numId="17" w16cid:durableId="2097896699">
    <w:abstractNumId w:val="15"/>
  </w:num>
  <w:num w:numId="18" w16cid:durableId="292448271">
    <w:abstractNumId w:val="20"/>
  </w:num>
  <w:num w:numId="19" w16cid:durableId="194779410">
    <w:abstractNumId w:val="16"/>
  </w:num>
  <w:num w:numId="20" w16cid:durableId="1672755720">
    <w:abstractNumId w:val="21"/>
  </w:num>
  <w:num w:numId="21" w16cid:durableId="1365014534">
    <w:abstractNumId w:val="22"/>
  </w:num>
  <w:num w:numId="22" w16cid:durableId="2066443350">
    <w:abstractNumId w:val="19"/>
  </w:num>
  <w:num w:numId="23" w16cid:durableId="10547125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B6D54"/>
    <w:rsid w:val="000F454F"/>
    <w:rsid w:val="0015074B"/>
    <w:rsid w:val="00165353"/>
    <w:rsid w:val="001A62AC"/>
    <w:rsid w:val="001A7471"/>
    <w:rsid w:val="0021576B"/>
    <w:rsid w:val="0029639D"/>
    <w:rsid w:val="00326F90"/>
    <w:rsid w:val="0034063C"/>
    <w:rsid w:val="003B7055"/>
    <w:rsid w:val="00481045"/>
    <w:rsid w:val="004C3EF4"/>
    <w:rsid w:val="00581680"/>
    <w:rsid w:val="007569D1"/>
    <w:rsid w:val="007B3CF3"/>
    <w:rsid w:val="007E37A9"/>
    <w:rsid w:val="007E4B38"/>
    <w:rsid w:val="007E70EB"/>
    <w:rsid w:val="007F6913"/>
    <w:rsid w:val="00807873"/>
    <w:rsid w:val="00900FFD"/>
    <w:rsid w:val="009456F7"/>
    <w:rsid w:val="0096505C"/>
    <w:rsid w:val="009F7D9D"/>
    <w:rsid w:val="00AA1D8D"/>
    <w:rsid w:val="00B47730"/>
    <w:rsid w:val="00B60141"/>
    <w:rsid w:val="00CB0664"/>
    <w:rsid w:val="00CF1199"/>
    <w:rsid w:val="00D767D8"/>
    <w:rsid w:val="00E70ECF"/>
    <w:rsid w:val="00F157E9"/>
    <w:rsid w:val="00F323DC"/>
    <w:rsid w:val="00F37C86"/>
    <w:rsid w:val="00FC693F"/>
    <w:rsid w:val="0C1478D8"/>
    <w:rsid w:val="536F6BCA"/>
    <w:rsid w:val="5CE02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98FF74E5-84DC-4405-A426-9D054A579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laad">
    <w:name w:val="Normal"/>
    <w:qFormat/>
    <w:rsid w:val="00FC693F"/>
    <w:pPr>
      <w:spacing w:after="120" w:line="269" w:lineRule="auto"/>
    </w:pPr>
    <w:rPr>
      <w:rFonts w:ascii="Aptos" w:hAnsi="Aptos"/>
      <w:color w:val="282828"/>
      <w:sz w:val="21"/>
    </w:rPr>
  </w:style>
  <w:style w:type="paragraph" w:styleId="Pealkiri1">
    <w:name w:val="heading 1"/>
    <w:basedOn w:val="Normaallaad"/>
    <w:next w:val="Normaallaad"/>
    <w:link w:val="Pealkiri1Mrk"/>
    <w:uiPriority w:val="9"/>
    <w:qFormat/>
    <w:rsid w:val="00FC693F"/>
    <w:pPr>
      <w:keepNext/>
      <w:keepLines/>
      <w:spacing w:before="280"/>
      <w:outlineLvl w:val="0"/>
    </w:pPr>
    <w:rPr>
      <w:rFonts w:asciiTheme="majorHAnsi" w:eastAsiaTheme="majorEastAsia" w:hAnsiTheme="majorHAnsi" w:cstheme="majorBidi"/>
      <w:b/>
      <w:bCs/>
      <w:color w:val="17365D"/>
      <w:sz w:val="30"/>
      <w:szCs w:val="28"/>
    </w:rPr>
  </w:style>
  <w:style w:type="paragraph" w:styleId="Pealkiri2">
    <w:name w:val="heading 2"/>
    <w:basedOn w:val="Normaallaad"/>
    <w:next w:val="Normaallaad"/>
    <w:link w:val="Pealkiri2Mrk"/>
    <w:uiPriority w:val="9"/>
    <w:unhideWhenUsed/>
    <w:qFormat/>
    <w:rsid w:val="00FC693F"/>
    <w:pPr>
      <w:keepNext/>
      <w:keepLines/>
      <w:spacing w:before="200" w:after="80"/>
      <w:outlineLvl w:val="1"/>
    </w:pPr>
    <w:rPr>
      <w:rFonts w:asciiTheme="majorHAnsi" w:eastAsiaTheme="majorEastAsia" w:hAnsiTheme="majorHAnsi" w:cstheme="majorBidi"/>
      <w:b/>
      <w:bCs/>
      <w:color w:val="2F5597"/>
      <w:sz w:val="24"/>
      <w:szCs w:val="26"/>
    </w:rPr>
  </w:style>
  <w:style w:type="paragraph" w:styleId="Pealkiri3">
    <w:name w:val="heading 3"/>
    <w:basedOn w:val="Normaallaad"/>
    <w:next w:val="Normaallaad"/>
    <w:link w:val="Pealkiri3Mr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ealkiri4">
    <w:name w:val="heading 4"/>
    <w:basedOn w:val="Normaallaad"/>
    <w:next w:val="Normaallaad"/>
    <w:link w:val="Pealkiri4Mr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Pealkiri5">
    <w:name w:val="heading 5"/>
    <w:basedOn w:val="Normaallaad"/>
    <w:next w:val="Normaallaad"/>
    <w:link w:val="Pealkiri5Mr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Pealkiri6">
    <w:name w:val="heading 6"/>
    <w:basedOn w:val="Normaallaad"/>
    <w:next w:val="Normaallaad"/>
    <w:link w:val="Pealkiri6Mr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ealkiri7">
    <w:name w:val="heading 7"/>
    <w:basedOn w:val="Normaallaad"/>
    <w:next w:val="Normaallaad"/>
    <w:link w:val="Pealkiri7Mr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Pealkiri8">
    <w:name w:val="heading 8"/>
    <w:basedOn w:val="Normaallaad"/>
    <w:next w:val="Normaallaad"/>
    <w:link w:val="Pealkiri8Mr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Pealkiri9">
    <w:name w:val="heading 9"/>
    <w:basedOn w:val="Normaallaad"/>
    <w:next w:val="Normaallaad"/>
    <w:link w:val="Pealkiri9Mr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Liguvaikefont">
    <w:name w:val="Default Paragraph Font"/>
    <w:uiPriority w:val="1"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Pis">
    <w:name w:val="header"/>
    <w:basedOn w:val="Normaallaad"/>
    <w:link w:val="PisMr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sMrk">
    <w:name w:val="Päis Märk"/>
    <w:basedOn w:val="Liguvaikefont"/>
    <w:link w:val="Pis"/>
    <w:uiPriority w:val="99"/>
    <w:rsid w:val="00E618BF"/>
  </w:style>
  <w:style w:type="paragraph" w:styleId="Jalus">
    <w:name w:val="footer"/>
    <w:basedOn w:val="Normaallaad"/>
    <w:link w:val="JalusMr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JalusMrk">
    <w:name w:val="Jalus Märk"/>
    <w:basedOn w:val="Liguvaikefont"/>
    <w:link w:val="Jalus"/>
    <w:uiPriority w:val="99"/>
    <w:rsid w:val="00E618BF"/>
  </w:style>
  <w:style w:type="paragraph" w:styleId="Vahedeta">
    <w:name w:val="No Spacing"/>
    <w:uiPriority w:val="1"/>
    <w:qFormat/>
    <w:rsid w:val="00FC693F"/>
    <w:pPr>
      <w:spacing w:after="0" w:line="240" w:lineRule="auto"/>
    </w:pPr>
  </w:style>
  <w:style w:type="character" w:customStyle="1" w:styleId="Pealkiri1Mrk">
    <w:name w:val="Pealkiri 1 Märk"/>
    <w:basedOn w:val="Liguvaikefont"/>
    <w:link w:val="Pealkiri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Pealkiri2Mrk">
    <w:name w:val="Pealkiri 2 Märk"/>
    <w:basedOn w:val="Liguvaikefont"/>
    <w:link w:val="Pealkiri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Pealkiri3Mrk">
    <w:name w:val="Pealkiri 3 Märk"/>
    <w:basedOn w:val="Liguvaikefont"/>
    <w:link w:val="Pealkiri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ealkiri">
    <w:name w:val="Title"/>
    <w:basedOn w:val="Normaallaad"/>
    <w:next w:val="Normaallaad"/>
    <w:link w:val="PealkiriMrk"/>
    <w:uiPriority w:val="10"/>
    <w:qFormat/>
    <w:rsid w:val="00FC693F"/>
    <w:pPr>
      <w:pBdr>
        <w:bottom w:val="single" w:sz="8" w:space="4" w:color="4F81BD" w:themeColor="accent1"/>
      </w:pBdr>
      <w:spacing w:after="240" w:line="240" w:lineRule="auto"/>
      <w:contextualSpacing/>
    </w:pPr>
    <w:rPr>
      <w:rFonts w:asciiTheme="majorHAnsi" w:eastAsiaTheme="majorEastAsia" w:hAnsiTheme="majorHAnsi" w:cstheme="majorBidi"/>
      <w:b/>
      <w:color w:val="17365D"/>
      <w:spacing w:val="5"/>
      <w:kern w:val="28"/>
      <w:sz w:val="48"/>
      <w:szCs w:val="52"/>
    </w:rPr>
  </w:style>
  <w:style w:type="character" w:customStyle="1" w:styleId="PealkiriMrk">
    <w:name w:val="Pealkiri Märk"/>
    <w:basedOn w:val="Liguvaikefont"/>
    <w:link w:val="Pealkiri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apealkiri">
    <w:name w:val="Subtitle"/>
    <w:basedOn w:val="Normaallaad"/>
    <w:next w:val="Normaallaad"/>
    <w:link w:val="AlapealkiriMr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apealkiriMrk">
    <w:name w:val="Alapealkiri Märk"/>
    <w:basedOn w:val="Liguvaikefont"/>
    <w:link w:val="Alapealkiri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oendilik">
    <w:name w:val="List Paragraph"/>
    <w:basedOn w:val="Normaallaad"/>
    <w:uiPriority w:val="34"/>
    <w:qFormat/>
    <w:rsid w:val="00FC693F"/>
    <w:pPr>
      <w:ind w:left="720"/>
      <w:contextualSpacing/>
    </w:pPr>
  </w:style>
  <w:style w:type="paragraph" w:styleId="Kehatekst">
    <w:name w:val="Body Text"/>
    <w:basedOn w:val="Normaallaad"/>
    <w:link w:val="KehatekstMrk"/>
    <w:uiPriority w:val="99"/>
    <w:unhideWhenUsed/>
    <w:rsid w:val="00AA1D8D"/>
  </w:style>
  <w:style w:type="character" w:customStyle="1" w:styleId="KehatekstMrk">
    <w:name w:val="Kehatekst Märk"/>
    <w:basedOn w:val="Liguvaikefont"/>
    <w:link w:val="Kehatekst"/>
    <w:uiPriority w:val="99"/>
    <w:rsid w:val="00AA1D8D"/>
  </w:style>
  <w:style w:type="paragraph" w:styleId="Kehatekst2">
    <w:name w:val="Body Text 2"/>
    <w:basedOn w:val="Normaallaad"/>
    <w:link w:val="Kehatekst2Mrk"/>
    <w:uiPriority w:val="99"/>
    <w:unhideWhenUsed/>
    <w:rsid w:val="00AA1D8D"/>
    <w:pPr>
      <w:spacing w:line="480" w:lineRule="auto"/>
    </w:pPr>
  </w:style>
  <w:style w:type="character" w:customStyle="1" w:styleId="Kehatekst2Mrk">
    <w:name w:val="Kehatekst 2 Märk"/>
    <w:basedOn w:val="Liguvaikefont"/>
    <w:link w:val="Kehatekst2"/>
    <w:uiPriority w:val="99"/>
    <w:rsid w:val="00AA1D8D"/>
  </w:style>
  <w:style w:type="paragraph" w:styleId="Kehatekst3">
    <w:name w:val="Body Text 3"/>
    <w:basedOn w:val="Normaallaad"/>
    <w:link w:val="Kehatekst3Mrk"/>
    <w:uiPriority w:val="99"/>
    <w:unhideWhenUsed/>
    <w:rsid w:val="00AA1D8D"/>
    <w:rPr>
      <w:sz w:val="16"/>
      <w:szCs w:val="16"/>
    </w:rPr>
  </w:style>
  <w:style w:type="character" w:customStyle="1" w:styleId="Kehatekst3Mrk">
    <w:name w:val="Kehatekst 3 Märk"/>
    <w:basedOn w:val="Liguvaikefont"/>
    <w:link w:val="Kehatekst3"/>
    <w:uiPriority w:val="99"/>
    <w:rsid w:val="00AA1D8D"/>
    <w:rPr>
      <w:sz w:val="16"/>
      <w:szCs w:val="16"/>
    </w:rPr>
  </w:style>
  <w:style w:type="paragraph" w:styleId="Loend">
    <w:name w:val="List"/>
    <w:basedOn w:val="Normaallaad"/>
    <w:uiPriority w:val="99"/>
    <w:unhideWhenUsed/>
    <w:rsid w:val="00AA1D8D"/>
    <w:pPr>
      <w:ind w:left="360" w:hanging="360"/>
      <w:contextualSpacing/>
    </w:pPr>
  </w:style>
  <w:style w:type="paragraph" w:styleId="Loend2">
    <w:name w:val="List 2"/>
    <w:basedOn w:val="Normaallaad"/>
    <w:uiPriority w:val="99"/>
    <w:unhideWhenUsed/>
    <w:rsid w:val="00326F90"/>
    <w:pPr>
      <w:ind w:left="720" w:hanging="360"/>
      <w:contextualSpacing/>
    </w:pPr>
  </w:style>
  <w:style w:type="paragraph" w:styleId="Loend3">
    <w:name w:val="List 3"/>
    <w:basedOn w:val="Normaallaad"/>
    <w:uiPriority w:val="99"/>
    <w:unhideWhenUsed/>
    <w:rsid w:val="00326F90"/>
    <w:pPr>
      <w:ind w:left="1080" w:hanging="360"/>
      <w:contextualSpacing/>
    </w:pPr>
  </w:style>
  <w:style w:type="paragraph" w:styleId="Loenditpp">
    <w:name w:val="List Bullet"/>
    <w:basedOn w:val="Normaallaad"/>
    <w:uiPriority w:val="99"/>
    <w:unhideWhenUsed/>
    <w:rsid w:val="00326F90"/>
    <w:pPr>
      <w:numPr>
        <w:numId w:val="1"/>
      </w:numPr>
      <w:contextualSpacing/>
    </w:pPr>
  </w:style>
  <w:style w:type="paragraph" w:styleId="Loenditpp2">
    <w:name w:val="List Bullet 2"/>
    <w:basedOn w:val="Normaallaad"/>
    <w:uiPriority w:val="99"/>
    <w:unhideWhenUsed/>
    <w:rsid w:val="00326F90"/>
    <w:pPr>
      <w:numPr>
        <w:numId w:val="2"/>
      </w:numPr>
      <w:contextualSpacing/>
    </w:pPr>
  </w:style>
  <w:style w:type="paragraph" w:styleId="Loenditpp3">
    <w:name w:val="List Bullet 3"/>
    <w:basedOn w:val="Normaallaad"/>
    <w:uiPriority w:val="99"/>
    <w:unhideWhenUsed/>
    <w:rsid w:val="00326F90"/>
    <w:pPr>
      <w:numPr>
        <w:numId w:val="3"/>
      </w:numPr>
      <w:contextualSpacing/>
    </w:pPr>
  </w:style>
  <w:style w:type="paragraph" w:styleId="Loendinumber">
    <w:name w:val="List Number"/>
    <w:basedOn w:val="Normaallaad"/>
    <w:uiPriority w:val="99"/>
    <w:unhideWhenUsed/>
    <w:rsid w:val="00326F90"/>
    <w:pPr>
      <w:numPr>
        <w:numId w:val="5"/>
      </w:numPr>
      <w:contextualSpacing/>
    </w:pPr>
  </w:style>
  <w:style w:type="paragraph" w:styleId="Loendinumber2">
    <w:name w:val="List Number 2"/>
    <w:basedOn w:val="Normaallaad"/>
    <w:uiPriority w:val="99"/>
    <w:unhideWhenUsed/>
    <w:rsid w:val="0029639D"/>
    <w:pPr>
      <w:numPr>
        <w:numId w:val="6"/>
      </w:numPr>
      <w:contextualSpacing/>
    </w:pPr>
  </w:style>
  <w:style w:type="paragraph" w:styleId="Loendinumber3">
    <w:name w:val="List Number 3"/>
    <w:basedOn w:val="Normaallaad"/>
    <w:uiPriority w:val="99"/>
    <w:unhideWhenUsed/>
    <w:rsid w:val="0029639D"/>
    <w:pPr>
      <w:numPr>
        <w:numId w:val="7"/>
      </w:numPr>
      <w:contextualSpacing/>
    </w:pPr>
  </w:style>
  <w:style w:type="paragraph" w:styleId="Loendijtk">
    <w:name w:val="List Continue"/>
    <w:basedOn w:val="Normaallaad"/>
    <w:uiPriority w:val="99"/>
    <w:unhideWhenUsed/>
    <w:rsid w:val="0029639D"/>
    <w:pPr>
      <w:ind w:left="360"/>
      <w:contextualSpacing/>
    </w:pPr>
  </w:style>
  <w:style w:type="paragraph" w:styleId="Loendijtk2">
    <w:name w:val="List Continue 2"/>
    <w:basedOn w:val="Normaallaad"/>
    <w:uiPriority w:val="99"/>
    <w:unhideWhenUsed/>
    <w:rsid w:val="0029639D"/>
    <w:pPr>
      <w:ind w:left="720"/>
      <w:contextualSpacing/>
    </w:pPr>
  </w:style>
  <w:style w:type="paragraph" w:styleId="Loendijtk3">
    <w:name w:val="List Continue 3"/>
    <w:basedOn w:val="Normaallaad"/>
    <w:uiPriority w:val="99"/>
    <w:unhideWhenUsed/>
    <w:rsid w:val="0029639D"/>
    <w:pPr>
      <w:ind w:left="1080"/>
      <w:contextualSpacing/>
    </w:pPr>
  </w:style>
  <w:style w:type="paragraph" w:styleId="Makrotekst">
    <w:name w:val="macro"/>
    <w:link w:val="MakrotekstMr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kstMrk">
    <w:name w:val="Makrotekst Märk"/>
    <w:basedOn w:val="Liguvaikefont"/>
    <w:link w:val="Makrotekst"/>
    <w:uiPriority w:val="99"/>
    <w:rsid w:val="0029639D"/>
    <w:rPr>
      <w:rFonts w:ascii="Courier" w:hAnsi="Courier"/>
      <w:sz w:val="20"/>
      <w:szCs w:val="20"/>
    </w:rPr>
  </w:style>
  <w:style w:type="paragraph" w:styleId="Tsitaat">
    <w:name w:val="Quote"/>
    <w:basedOn w:val="Normaallaad"/>
    <w:next w:val="Normaallaad"/>
    <w:link w:val="TsitaatMrk"/>
    <w:uiPriority w:val="29"/>
    <w:qFormat/>
    <w:rsid w:val="00FC693F"/>
    <w:rPr>
      <w:i/>
      <w:iCs/>
      <w:color w:val="000000" w:themeColor="text1"/>
    </w:rPr>
  </w:style>
  <w:style w:type="character" w:customStyle="1" w:styleId="TsitaatMrk">
    <w:name w:val="Tsitaat Märk"/>
    <w:basedOn w:val="Liguvaikefont"/>
    <w:link w:val="Tsitaat"/>
    <w:uiPriority w:val="29"/>
    <w:rsid w:val="00FC693F"/>
    <w:rPr>
      <w:i/>
      <w:iCs/>
      <w:color w:val="000000" w:themeColor="text1"/>
    </w:rPr>
  </w:style>
  <w:style w:type="character" w:customStyle="1" w:styleId="Pealkiri4Mrk">
    <w:name w:val="Pealkiri 4 Märk"/>
    <w:basedOn w:val="Liguvaikefont"/>
    <w:link w:val="Pealkiri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Pealkiri5Mrk">
    <w:name w:val="Pealkiri 5 Märk"/>
    <w:basedOn w:val="Liguvaikefont"/>
    <w:link w:val="Pealkiri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Pealkiri6Mrk">
    <w:name w:val="Pealkiri 6 Märk"/>
    <w:basedOn w:val="Liguvaikefont"/>
    <w:link w:val="Pealkiri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Pealkiri7Mrk">
    <w:name w:val="Pealkiri 7 Märk"/>
    <w:basedOn w:val="Liguvaikefont"/>
    <w:link w:val="Pealkiri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Pealkiri8Mrk">
    <w:name w:val="Pealkiri 8 Märk"/>
    <w:basedOn w:val="Liguvaikefont"/>
    <w:link w:val="Pealkiri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Pealkiri9Mrk">
    <w:name w:val="Pealkiri 9 Märk"/>
    <w:basedOn w:val="Liguvaikefont"/>
    <w:link w:val="Pealkiri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ealdis">
    <w:name w:val="caption"/>
    <w:basedOn w:val="Normaallaad"/>
    <w:next w:val="Normaallaa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ugev">
    <w:name w:val="Strong"/>
    <w:basedOn w:val="Liguvaikefont"/>
    <w:uiPriority w:val="22"/>
    <w:qFormat/>
    <w:rsid w:val="00FC693F"/>
    <w:rPr>
      <w:b/>
      <w:bCs/>
    </w:rPr>
  </w:style>
  <w:style w:type="character" w:styleId="Rhutus">
    <w:name w:val="Emphasis"/>
    <w:basedOn w:val="Liguvaikefont"/>
    <w:uiPriority w:val="20"/>
    <w:qFormat/>
    <w:rsid w:val="00FC693F"/>
    <w:rPr>
      <w:i/>
      <w:iCs/>
    </w:rPr>
  </w:style>
  <w:style w:type="paragraph" w:styleId="Selgeltmrgatavtsitaat">
    <w:name w:val="Intense Quote"/>
    <w:basedOn w:val="Normaallaad"/>
    <w:next w:val="Normaallaad"/>
    <w:link w:val="SelgeltmrgatavtsitaatMr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elgeltmrgatavtsitaatMrk">
    <w:name w:val="Selgelt märgatav tsitaat Märk"/>
    <w:basedOn w:val="Liguvaikefont"/>
    <w:link w:val="Selgeltmrgatavtsitaat"/>
    <w:uiPriority w:val="30"/>
    <w:rsid w:val="00FC693F"/>
    <w:rPr>
      <w:b/>
      <w:bCs/>
      <w:i/>
      <w:iCs/>
      <w:color w:val="4F81BD" w:themeColor="accent1"/>
    </w:rPr>
  </w:style>
  <w:style w:type="character" w:styleId="Vaevumrgatavrhutus">
    <w:name w:val="Subtle Emphasis"/>
    <w:basedOn w:val="Liguvaikefont"/>
    <w:uiPriority w:val="19"/>
    <w:qFormat/>
    <w:rsid w:val="00FC693F"/>
    <w:rPr>
      <w:i/>
      <w:iCs/>
      <w:color w:val="808080" w:themeColor="text1" w:themeTint="7F"/>
    </w:rPr>
  </w:style>
  <w:style w:type="character" w:styleId="Selgeltmrgatavrhutus">
    <w:name w:val="Intense Emphasis"/>
    <w:basedOn w:val="Liguvaikefont"/>
    <w:uiPriority w:val="21"/>
    <w:qFormat/>
    <w:rsid w:val="00FC693F"/>
    <w:rPr>
      <w:b/>
      <w:bCs/>
      <w:i/>
      <w:iCs/>
      <w:color w:val="4F81BD" w:themeColor="accent1"/>
    </w:rPr>
  </w:style>
  <w:style w:type="character" w:styleId="Vaevumrgatavviide">
    <w:name w:val="Subtle Reference"/>
    <w:basedOn w:val="Liguvaikefont"/>
    <w:uiPriority w:val="31"/>
    <w:qFormat/>
    <w:rsid w:val="00FC693F"/>
    <w:rPr>
      <w:smallCaps/>
      <w:color w:val="C0504D" w:themeColor="accent2"/>
      <w:u w:val="single"/>
    </w:rPr>
  </w:style>
  <w:style w:type="character" w:styleId="Selgeltmrgatavviide">
    <w:name w:val="Intense Reference"/>
    <w:basedOn w:val="Liguvaike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Raamatupealkiri">
    <w:name w:val="Book Title"/>
    <w:basedOn w:val="Liguvaikefont"/>
    <w:uiPriority w:val="33"/>
    <w:qFormat/>
    <w:rsid w:val="00FC693F"/>
    <w:rPr>
      <w:b/>
      <w:bCs/>
      <w:smallCaps/>
      <w:spacing w:val="5"/>
    </w:rPr>
  </w:style>
  <w:style w:type="paragraph" w:styleId="Sisukorrapealkiri">
    <w:name w:val="TOC Heading"/>
    <w:basedOn w:val="Pealkiri1"/>
    <w:next w:val="Normaallaad"/>
    <w:uiPriority w:val="39"/>
    <w:semiHidden/>
    <w:unhideWhenUsed/>
    <w:qFormat/>
    <w:rsid w:val="00FC693F"/>
    <w:pPr>
      <w:outlineLvl w:val="9"/>
    </w:pPr>
  </w:style>
  <w:style w:type="table" w:styleId="Kontuurtabel">
    <w:name w:val="Table Grid"/>
    <w:basedOn w:val="Normaaltabe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evarjustus">
    <w:name w:val="Light Shading"/>
    <w:basedOn w:val="Normaaltabe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evarjustusrhk1">
    <w:name w:val="Light Shading Accent 1"/>
    <w:basedOn w:val="Normaaltabe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evarjustusrhk2">
    <w:name w:val="Light Shading Accent 2"/>
    <w:basedOn w:val="Normaaltabe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evarjustusrhk3">
    <w:name w:val="Light Shading Accent 3"/>
    <w:basedOn w:val="Normaaltabe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evarjustusrhk4">
    <w:name w:val="Light Shading Accent 4"/>
    <w:basedOn w:val="Normaaltabe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evarjustusrhk5">
    <w:name w:val="Light Shading Accent 5"/>
    <w:basedOn w:val="Normaaltabe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evarjustusrhk6">
    <w:name w:val="Light Shading Accent 6"/>
    <w:basedOn w:val="Normaaltabe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eloend">
    <w:name w:val="Light List"/>
    <w:basedOn w:val="Normaal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eloendrhk1">
    <w:name w:val="Light List Accent 1"/>
    <w:basedOn w:val="Normaaltabe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eloendrhk2">
    <w:name w:val="Light List Accent 2"/>
    <w:basedOn w:val="Normaal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eloendrhk3">
    <w:name w:val="Light List Accent 3"/>
    <w:basedOn w:val="Normaal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eloendrhk4">
    <w:name w:val="Light List Accent 4"/>
    <w:basedOn w:val="Normaal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eloendrhk5">
    <w:name w:val="Light List Accent 5"/>
    <w:basedOn w:val="Normaal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eloendrhk6">
    <w:name w:val="Light List Accent 6"/>
    <w:basedOn w:val="Normaaltabe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ekoordinaatvrk">
    <w:name w:val="Light Grid"/>
    <w:basedOn w:val="Normaal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ekoordinaatvrkrhk1">
    <w:name w:val="Light Grid Accent 1"/>
    <w:basedOn w:val="Normaal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ekoordinaatvrkrhk2">
    <w:name w:val="Light Grid Accent 2"/>
    <w:basedOn w:val="Normaal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ekoordinaatvrkrhk3">
    <w:name w:val="Light Grid Accent 3"/>
    <w:basedOn w:val="Normaal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ekoordinaatvrkrhk4">
    <w:name w:val="Light Grid Accent 4"/>
    <w:basedOn w:val="Normaal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ekoordinaatvrkrhk5">
    <w:name w:val="Light Grid Accent 5"/>
    <w:basedOn w:val="Normaal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ekoordinaatvrkrhk6">
    <w:name w:val="Light Grid Accent 6"/>
    <w:basedOn w:val="Normaaltabe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eskminevarjustus1">
    <w:name w:val="Medium Shading 1"/>
    <w:basedOn w:val="Normaal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eskminevarjustus1rhk1">
    <w:name w:val="Medium Shading 1 Accent 1"/>
    <w:basedOn w:val="Normaal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eskminevarjustus1rhk2">
    <w:name w:val="Medium Shading 1 Accent 2"/>
    <w:basedOn w:val="Normaal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eskminevarjustus1rhk3">
    <w:name w:val="Medium Shading 1 Accent 3"/>
    <w:basedOn w:val="Normaal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eskminevarjustus1rhk4">
    <w:name w:val="Medium Shading 1 Accent 4"/>
    <w:basedOn w:val="Normaal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eskminevarjustus1rhk5">
    <w:name w:val="Medium Shading 1 Accent 5"/>
    <w:basedOn w:val="Normaal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eskminevarjustus1rhk6">
    <w:name w:val="Medium Shading 1 Accent 6"/>
    <w:basedOn w:val="Normaaltabe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eskminevarjustus2">
    <w:name w:val="Medium Shading 2"/>
    <w:basedOn w:val="Normaal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eskminevarjustus2rhk1">
    <w:name w:val="Medium Shading 2 Accent 1"/>
    <w:basedOn w:val="Normaal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eskminevarjustus2rhk2">
    <w:name w:val="Medium Shading 2 Accent 2"/>
    <w:basedOn w:val="Normaal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eskminevarjustus2rhk3">
    <w:name w:val="Medium Shading 2 Accent 3"/>
    <w:basedOn w:val="Normaal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eskminevarjustus2rhk4">
    <w:name w:val="Medium Shading 2 Accent 4"/>
    <w:basedOn w:val="Normaal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eskminevarjustus2rhk5">
    <w:name w:val="Medium Shading 2 Accent 5"/>
    <w:basedOn w:val="Normaal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eskminevarjustus2rhk6">
    <w:name w:val="Medium Shading 2 Accent 6"/>
    <w:basedOn w:val="Normaaltabe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eskmineloend1">
    <w:name w:val="Medium List 1"/>
    <w:basedOn w:val="Normaal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eskmineloend1rhk1">
    <w:name w:val="Medium List 1 Accent 1"/>
    <w:basedOn w:val="Normaal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eskmineloend1rhk2">
    <w:name w:val="Medium List 1 Accent 2"/>
    <w:basedOn w:val="Normaal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eskmineloend1rhk3">
    <w:name w:val="Medium List 1 Accent 3"/>
    <w:basedOn w:val="Normaal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eskmineloend1rhk4">
    <w:name w:val="Medium List 1 Accent 4"/>
    <w:basedOn w:val="Normaal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eskmineloend1rhk5">
    <w:name w:val="Medium List 1 Accent 5"/>
    <w:basedOn w:val="Normaal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eskmineloend1rhk6">
    <w:name w:val="Medium List 1 Accent 6"/>
    <w:basedOn w:val="Normaaltabe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eskmineloend2">
    <w:name w:val="Medium List 2"/>
    <w:basedOn w:val="Normaal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eskmineloend2rhk1">
    <w:name w:val="Medium List 2 Accent 1"/>
    <w:basedOn w:val="Normaal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eskmineloend2rhk2">
    <w:name w:val="Medium List 2 Accent 2"/>
    <w:basedOn w:val="Normaal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eskmineloend2rhk3">
    <w:name w:val="Medium List 2 Accent 3"/>
    <w:basedOn w:val="Normaal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eskmineloend2rhk4">
    <w:name w:val="Medium List 2 Accent 4"/>
    <w:basedOn w:val="Normaal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eskmineloend2rhk5">
    <w:name w:val="Medium List 2 Accent 5"/>
    <w:basedOn w:val="Normaal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eskmineloend2rhk6">
    <w:name w:val="Medium List 2 Accent 6"/>
    <w:basedOn w:val="Normaaltabe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eskminekoordinaatvrk1">
    <w:name w:val="Medium Grid 1"/>
    <w:basedOn w:val="Normaal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eskminekoordinaatvrk1rhk1">
    <w:name w:val="Medium Grid 1 Accent 1"/>
    <w:basedOn w:val="Normaal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eskminekoordinaatvrk1rhk2">
    <w:name w:val="Medium Grid 1 Accent 2"/>
    <w:basedOn w:val="Normaal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eskminekoordinaatvrk1rhk3">
    <w:name w:val="Medium Grid 1 Accent 3"/>
    <w:basedOn w:val="Normaal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eskminekoordinaatvrk1rhk4">
    <w:name w:val="Medium Grid 1 Accent 4"/>
    <w:basedOn w:val="Normaal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eskminekoordinaatvrk1rhk5">
    <w:name w:val="Medium Grid 1 Accent 5"/>
    <w:basedOn w:val="Normaal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eskminekoordinaatvrk1rhk6">
    <w:name w:val="Medium Grid 1 Accent 6"/>
    <w:basedOn w:val="Normaaltabe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eskminekoordinaatvrk2">
    <w:name w:val="Medium Grid 2"/>
    <w:basedOn w:val="Normaal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eskminekoordinaatvrk2rhk1">
    <w:name w:val="Medium Grid 2 Accent 1"/>
    <w:basedOn w:val="Normaal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eskminekoordinaatvrk2rhk2">
    <w:name w:val="Medium Grid 2 Accent 2"/>
    <w:basedOn w:val="Normaal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eskminekoordinaatvrk2rhk3">
    <w:name w:val="Medium Grid 2 Accent 3"/>
    <w:basedOn w:val="Normaal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eskminekoordinaatvrk2rhk4">
    <w:name w:val="Medium Grid 2 Accent 4"/>
    <w:basedOn w:val="Normaal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eskminekoordinaatvrk2rhk5">
    <w:name w:val="Medium Grid 2 Accent 5"/>
    <w:basedOn w:val="Normaal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eskminekoordinaatvrk2rhk6">
    <w:name w:val="Medium Grid 2 Accent 6"/>
    <w:basedOn w:val="Normaaltabe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eskminekoordinaatvrk3">
    <w:name w:val="Medium Grid 3"/>
    <w:basedOn w:val="Normaal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eskminekoordinaatvrk3rhk1">
    <w:name w:val="Medium Grid 3 Accent 1"/>
    <w:basedOn w:val="Normaal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eskminekoordinaatvrk3rhk2">
    <w:name w:val="Medium Grid 3 Accent 2"/>
    <w:basedOn w:val="Normaal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eskminekoordinaatvrk3rhk3">
    <w:name w:val="Medium Grid 3 Accent 3"/>
    <w:basedOn w:val="Normaal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eskminekoordinaatvrk3rhk4">
    <w:name w:val="Medium Grid 3 Accent 4"/>
    <w:basedOn w:val="Normaal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eskminekoordinaatvrk3rhk5">
    <w:name w:val="Medium Grid 3 Accent 5"/>
    <w:basedOn w:val="Normaal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eskminekoordinaatvrk3rhk6">
    <w:name w:val="Medium Grid 3 Accent 6"/>
    <w:basedOn w:val="Normaaltabe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umeloend">
    <w:name w:val="Dark List"/>
    <w:basedOn w:val="Normaal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umeloendrhk1">
    <w:name w:val="Dark List Accent 1"/>
    <w:basedOn w:val="Normaal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umeloendrhk2">
    <w:name w:val="Dark List Accent 2"/>
    <w:basedOn w:val="Normaal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umeloendrhk3">
    <w:name w:val="Dark List Accent 3"/>
    <w:basedOn w:val="Normaal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umeloendrhk4">
    <w:name w:val="Dark List Accent 4"/>
    <w:basedOn w:val="Normaal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umeloendrhk5">
    <w:name w:val="Dark List Accent 5"/>
    <w:basedOn w:val="Normaal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umeloendrhk6">
    <w:name w:val="Dark List Accent 6"/>
    <w:basedOn w:val="Normaaltabe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Vrvilinevarjustus">
    <w:name w:val="Colorful Shading"/>
    <w:basedOn w:val="Normaal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Vrvilinevarjustusrhk1">
    <w:name w:val="Colorful Shading Accent 1"/>
    <w:basedOn w:val="Normaal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Vrvilinevarjustusrhk2">
    <w:name w:val="Colorful Shading Accent 2"/>
    <w:basedOn w:val="Normaal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Vrvilinevarjustusrhk3">
    <w:name w:val="Colorful Shading Accent 3"/>
    <w:basedOn w:val="Normaal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Vrvilinevarjustusrhk4">
    <w:name w:val="Colorful Shading Accent 4"/>
    <w:basedOn w:val="Normaal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Vrvilinevarjustusrhk5">
    <w:name w:val="Colorful Shading Accent 5"/>
    <w:basedOn w:val="Normaal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Vrvilinevarjustusrhk6">
    <w:name w:val="Colorful Shading Accent 6"/>
    <w:basedOn w:val="Normaaltabe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Vrvilineloend">
    <w:name w:val="Colorful List"/>
    <w:basedOn w:val="Normaal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Vrvilineloendrhk1">
    <w:name w:val="Colorful List Accent 1"/>
    <w:basedOn w:val="Normaal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Vrvilineloendrhk2">
    <w:name w:val="Colorful List Accent 2"/>
    <w:basedOn w:val="Normaal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Vrvilineloendrhk3">
    <w:name w:val="Colorful List Accent 3"/>
    <w:basedOn w:val="Normaal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Vrvilineloendrhk4">
    <w:name w:val="Colorful List Accent 4"/>
    <w:basedOn w:val="Normaal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Vrvilineloendrhk5">
    <w:name w:val="Colorful List Accent 5"/>
    <w:basedOn w:val="Normaal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Vrvilineloendrhk6">
    <w:name w:val="Colorful List Accent 6"/>
    <w:basedOn w:val="Normaaltabe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Vrvilinekoordinaatvrk">
    <w:name w:val="Colorful Grid"/>
    <w:basedOn w:val="Normaal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Vrvilinekoordinaatvrkrhk1">
    <w:name w:val="Colorful Grid Accent 1"/>
    <w:basedOn w:val="Normaal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Vrvilinekoordinaatvrkrhk2">
    <w:name w:val="Colorful Grid Accent 2"/>
    <w:basedOn w:val="Normaal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Vrvilinekoordinaatvrkrhk3">
    <w:name w:val="Colorful Grid Accent 3"/>
    <w:basedOn w:val="Normaal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Vrvilinekoordinaatvrkrhk4">
    <w:name w:val="Colorful Grid Accent 4"/>
    <w:basedOn w:val="Normaal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Vrvilinekoordinaatvrkrhk5">
    <w:name w:val="Colorful Grid Accent 5"/>
    <w:basedOn w:val="Normaal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Vrvilinekoordinaatvrkrhk6">
    <w:name w:val="Colorful Grid Accent 6"/>
    <w:basedOn w:val="Normaaltabe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perlink">
    <w:name w:val="Hyperlink"/>
    <w:basedOn w:val="Liguvaikefont"/>
    <w:uiPriority w:val="99"/>
    <w:unhideWhenUsed/>
    <w:rsid w:val="00F323DC"/>
    <w:rPr>
      <w:color w:val="0000FF" w:themeColor="hyperlink"/>
      <w:u w:val="single"/>
    </w:rPr>
  </w:style>
  <w:style w:type="character" w:styleId="Lahendamatamainimine">
    <w:name w:val="Unresolved Mention"/>
    <w:basedOn w:val="Liguvaikefont"/>
    <w:uiPriority w:val="99"/>
    <w:semiHidden/>
    <w:unhideWhenUsed/>
    <w:rsid w:val="00F323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m.ee/ministeerium-uudised-ja-kontakt/riigihanked#19062026-digiop" TargetMode="External"/><Relationship Id="rId13" Type="http://schemas.openxmlformats.org/officeDocument/2006/relationships/hyperlink" Target="mailto:helina.valb@hm.e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-koolikott.ee/et/oppematerjal/20042-Digioppevaramu-kunstide-valdkonna-materjali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-koolikott.ee/et/oppematerjal/20179-Digioppevaramu-matemaatika-materjali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-koolikott.ee/et/oppematerjal/28e7b168-6e14-4d4f-a745-cdcfde38a1d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-koolikott.ee/et/oppematerjal/20196-Digioppevaramu-sotsiaalvaldkonna-materjali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2936</Characters>
  <Application>Microsoft Office Word</Application>
  <DocSecurity>0</DocSecurity>
  <Lines>57</Lines>
  <Paragraphs>27</Paragraphs>
  <ScaleCrop>false</ScaleCrop>
  <Manager/>
  <Company/>
  <LinksUpToDate>false</LinksUpToDate>
  <CharactersWithSpaces>3263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Hanke infotunni lühikokkuvõte</dc:title>
  <dc:subject>Digiõppevaramu digitaalsete õppematerjalide loomine ja kohandamine</dc:subject>
  <dc:creator>Helina Välb - HTM</dc:creator>
  <cp:keywords/>
  <dc:description>generated by python-docx</dc:description>
  <cp:lastModifiedBy>Helina Välb - HTM</cp:lastModifiedBy>
  <cp:revision>2</cp:revision>
  <dcterms:created xsi:type="dcterms:W3CDTF">2026-08-28T11:19:00Z</dcterms:created>
  <dcterms:modified xsi:type="dcterms:W3CDTF">2026-08-28T11:19:00Z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2026-08-28T10:55:36Z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8fe098d2-428d-4bd4-9803-7195fe96f0e2</vt:lpwstr>
  </property>
  <property fmtid="{D5CDD505-2E9C-101B-9397-08002B2CF9AE}" pid="7" name="MSIP_Label_defa4170-0d19-0005-0004-bc88714345d2_ActionId">
    <vt:lpwstr>39372bd9-5427-447f-aa4b-6249e2677f32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10, 3, 0, 2</vt:lpwstr>
  </property>
</Properties>
</file>